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E2C44"/>
          <w:sz w:val="36"/>
        </w:rPr>
        <w:t>Somalia Evaluation Society (SOMES)</w:t>
      </w:r>
    </w:p>
    <w:p>
      <w:pPr>
        <w:jc w:val="center"/>
      </w:pPr>
      <w:r>
        <w:rPr>
          <w:color w:val="1B6FA8"/>
          <w:sz w:val="28"/>
        </w:rPr>
        <w:t>Boilerplate Description</w:t>
      </w:r>
    </w:p>
    <w:p>
      <w:pPr>
        <w:jc w:val="center"/>
      </w:pPr>
      <w:r>
        <w:rPr>
          <w:i/>
          <w:sz w:val="20"/>
        </w:rPr>
        <w:t>Short and long form — English and Somali — for press releases, partner materials and event programmes</w:t>
      </w:r>
    </w:p>
    <w:p/>
    <w:p>
      <w:r>
        <w:rPr>
          <w:b/>
        </w:rPr>
        <w:t xml:space="preserve">Source note: </w:t>
      </w:r>
      <w:r>
        <w:rPr>
          <w:i/>
          <w:sz w:val="18"/>
        </w:rPr>
        <w:t>the English text below is drawn directly from the "About Us" page of somes.so. The Somali short-form translation is provided as a working draft and should be reviewed by a native-speaking editor before formal publication.</w:t>
      </w:r>
    </w:p>
    <w:p>
      <w:r>
        <w:br w:type="page"/>
      </w:r>
    </w:p>
    <w:p>
      <w:pPr>
        <w:pStyle w:val="Heading1"/>
      </w:pPr>
      <w:r>
        <w:t>English — Short form (approx. 40 words)</w:t>
      </w:r>
    </w:p>
    <w:p>
      <w:r>
        <w:t>The Somalia Evaluation Society (SOMES) is Somalia's national professional body for monitoring and evaluation, founded through a process led by the Ministry of Planning, Investment and Economic Development (MoPIED) to build a credible, inclusive evaluation profession and a national culture of evidence and accountability.</w:t>
      </w:r>
    </w:p>
    <w:p>
      <w:pPr>
        <w:pStyle w:val="Heading1"/>
      </w:pPr>
      <w:r>
        <w:t>English — Long form (approx. 180 words)</w:t>
      </w:r>
    </w:p>
    <w:p>
      <w:r>
        <w:t>The Somalia Evaluation Society (SOMES) is a newly established professional body that seeks to strengthen evaluation practice and promote a culture of evidence-based decision-making in Somalia. It was founded through an inclusive and participatory process led by the Ministry of Planning, Investment and Economic Development (MoPIED), in response to critical gaps in Somalia's evaluation landscape: weak institutional coordination, limited capacity development, underutilization of evaluation evidence, lack of youth engagement, and absence of regional and global representation.</w:t>
      </w:r>
    </w:p>
    <w:p>
      <w:r>
        <w:t>Guided by a shared code of values — integrity and independence, professionalism and youth development, accountability and transparency, inclusivity, evidence use, collaboration, and stewardship — SOMES connects evaluators under a common ethical and professional framework. The society promotes high standards of evaluation practice, supports young and emerging evaluators, and encourages the systematic use of evidence in national decision-making.</w:t>
      </w:r>
    </w:p>
    <w:p>
      <w:r>
        <w:t>Vision: A credible, inclusive and professional evaluation community that strengthens evidence-based decision-making and accountability for sustainable development in Somalia.</w:t>
      </w:r>
    </w:p>
    <w:p>
      <w:r>
        <w:t>Mission: To build and promote a strong, ethical and professional evaluation culture in Somalia through capacity development, standard-setting, advocacy and networking for individuals and institutions engaged in evaluation.</w:t>
      </w:r>
    </w:p>
    <w:p>
      <w:r>
        <w:t>Learn more: somes.so · info@somes.so</w:t>
      </w:r>
    </w:p>
    <w:p>
      <w:r>
        <w:br w:type="page"/>
      </w:r>
    </w:p>
    <w:p>
      <w:pPr>
        <w:pStyle w:val="Heading1"/>
      </w:pPr>
      <w:r>
        <w:t>Soomaali — Qaab kooban (Short form — DRAFT, needs native review)</w:t>
      </w:r>
    </w:p>
    <w:p>
      <w:r>
        <w:t>Ururka Qiimaynta Soomaaliya (SOMES) waa hay'adda qaranka ee xirfadeed ee Kormeerka iyo Qiimaynta ee Soomaaliya, oo la aasaasay hoggaamin ka socotay Wasaaradda Qorshaynta, Maalgashiga iyo Horumarinta Dhaqaalaha (MoPIED), si loo dhiso xirfad qiimayn oo la aamini karo oo dhammaystiran iyo dhaqan qaran oo ku dhisan caddayn iyo xisaabtan.</w:t>
      </w:r>
    </w:p>
    <w:p>
      <w:pPr>
        <w:pStyle w:val="Heading1"/>
      </w:pPr>
      <w:r>
        <w:t>Soomaali — Qaab dheer (Long form — DRAFT, needs native review)</w:t>
      </w:r>
    </w:p>
    <w:p>
      <w:r>
        <w:t>Ururka Qiimaynta Soomaaliya (SOMES) waa hay'ad xirfadeed oo dhowaan la aasaasay, oo hadafkeedu yahay in la xoojiyo hawlaha qiimaynta oo la horumariyo dhaqan go'aan-qaadis ku salaysan caddayn gudaha Soomaaliya. Waxaa la aasaasay hab wax-ka-qabasho oo dadka ka mid ah leh, oo hoggaaminayay Wasaaradda Qorshaynta, Maalgashiga iyo Horumarinta Dhaqaalaha (MoPIED).</w:t>
      </w:r>
    </w:p>
    <w:p>
      <w:r>
        <w:t>SOMES waxay la timid jawaab si loo xaliyo hoggaan-la'aanta iyo kala-goynta hay'adaha, yaraanta horumarinta awoodda, isticmaalka aan buuxin ee caddaynta qiimaynta, ka-qayb-qaadashada yar ee dhallinyarada, iyo maqnaanshaha matalaadda gobolka iyo caalamka.</w:t>
      </w:r>
    </w:p>
    <w:p>
      <w:r>
        <w:t>Aragti (Vision): Bulsho qiimayn oo la aamini karo, dhammaystiran oo xirfadeed, oo xoojisa go'aan-qaadista ku salaysan caddaynta iyo xisaabtanka horumarka waarta ee Soomaaliya.</w:t>
      </w:r>
    </w:p>
    <w:p>
      <w:r>
        <w:t>Hadafka (Mission): In la dhiso oo la horumariyo dhaqan qiimayn oo xoog leh, anshaxsan oo xirfadeed gudaha Soomaaliya, iyadoo loo marayo horumarinta awoodda, dejinta heerarka, u-doodista, iyo shabakadaynta shakhsiyaadka iyo hay'adaha ka qayb qaata qiimaynta.</w:t>
      </w:r>
    </w:p>
    <w:p>
      <w:r>
        <w:t>Macluumaad dheeraad ah: somes.so · info@somes.so</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E2C44"/>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B6FA8"/>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